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55BE" w14:textId="4E29B29F" w:rsidR="007F2590" w:rsidRPr="00BA551C" w:rsidRDefault="00000000" w:rsidP="00BA551C">
      <w:pPr>
        <w:spacing w:after="0" w:line="240" w:lineRule="auto"/>
        <w:jc w:val="center"/>
        <w:rPr>
          <w:rFonts w:ascii="游明朝" w:eastAsia="游明朝" w:hAnsi="游明朝"/>
          <w:b/>
          <w:sz w:val="24"/>
          <w:szCs w:val="24"/>
          <w:lang w:eastAsia="ja-JP"/>
        </w:rPr>
      </w:pPr>
      <w:r w:rsidRPr="004B39A4">
        <w:rPr>
          <w:rFonts w:ascii="游明朝" w:eastAsia="游明朝" w:hAnsi="游明朝"/>
          <w:b/>
          <w:sz w:val="24"/>
          <w:szCs w:val="24"/>
        </w:rPr>
        <w:t>Hawai‘i Field Training Program</w:t>
      </w:r>
      <w:r w:rsidR="00BA551C">
        <w:rPr>
          <w:rFonts w:ascii="游明朝" w:eastAsia="游明朝" w:hAnsi="游明朝" w:hint="eastAsia"/>
          <w:b/>
          <w:sz w:val="24"/>
          <w:szCs w:val="24"/>
          <w:lang w:eastAsia="ja-JP"/>
        </w:rPr>
        <w:t xml:space="preserve">: M2M </w:t>
      </w:r>
      <w:r w:rsidRPr="004B39A4">
        <w:rPr>
          <w:rFonts w:ascii="游明朝" w:eastAsia="游明朝" w:hAnsi="游明朝"/>
          <w:b/>
          <w:sz w:val="24"/>
          <w:szCs w:val="24"/>
        </w:rPr>
        <w:t>Application Form</w:t>
      </w:r>
    </w:p>
    <w:p w14:paraId="1B826C02" w14:textId="4032E30B" w:rsidR="004B39A4" w:rsidRPr="00432103" w:rsidRDefault="00000000" w:rsidP="00761184">
      <w:pPr>
        <w:spacing w:after="0" w:line="240" w:lineRule="auto"/>
        <w:jc w:val="center"/>
        <w:rPr>
          <w:rFonts w:ascii="游明朝" w:eastAsia="游明朝" w:hAnsi="游明朝"/>
          <w:sz w:val="21"/>
          <w:szCs w:val="21"/>
          <w:lang w:eastAsia="ja-JP"/>
        </w:rPr>
      </w:pPr>
      <w:r w:rsidRPr="00744106">
        <w:rPr>
          <w:rFonts w:ascii="游明朝" w:eastAsia="游明朝" w:hAnsi="游明朝"/>
          <w:sz w:val="21"/>
          <w:szCs w:val="21"/>
          <w:lang w:eastAsia="ja-JP"/>
        </w:rPr>
        <w:t xml:space="preserve">ハワイ大学フィールド実習プログラム </w:t>
      </w:r>
      <w:r w:rsidR="00BA551C">
        <w:rPr>
          <w:rFonts w:ascii="游明朝" w:eastAsia="游明朝" w:hAnsi="游明朝" w:hint="eastAsia"/>
          <w:sz w:val="21"/>
          <w:szCs w:val="21"/>
          <w:lang w:eastAsia="ja-JP"/>
        </w:rPr>
        <w:t>「M2M」</w:t>
      </w:r>
      <w:r w:rsidRPr="00744106">
        <w:rPr>
          <w:rFonts w:ascii="游明朝" w:eastAsia="游明朝" w:hAnsi="游明朝"/>
          <w:sz w:val="21"/>
          <w:szCs w:val="21"/>
          <w:lang w:eastAsia="ja-JP"/>
        </w:rPr>
        <w:t>参加申請書</w:t>
      </w:r>
    </w:p>
    <w:p w14:paraId="1C4CA53A" w14:textId="18697666" w:rsidR="007F2590" w:rsidRPr="00761184" w:rsidRDefault="00000000" w:rsidP="00761184">
      <w:pPr>
        <w:pStyle w:val="a"/>
        <w:numPr>
          <w:ilvl w:val="0"/>
          <w:numId w:val="0"/>
        </w:numPr>
        <w:spacing w:before="240" w:after="0" w:line="240" w:lineRule="auto"/>
        <w:ind w:hanging="360"/>
        <w:rPr>
          <w:rFonts w:ascii="游明朝" w:eastAsia="游明朝" w:hAnsi="游明朝"/>
          <w:b/>
          <w:bCs/>
        </w:rPr>
      </w:pPr>
      <w:r w:rsidRPr="00761184">
        <w:rPr>
          <w:rFonts w:ascii="游明朝" w:eastAsia="游明朝" w:hAnsi="游明朝"/>
          <w:b/>
          <w:bCs/>
        </w:rPr>
        <w:t xml:space="preserve">1. </w:t>
      </w:r>
      <w:r w:rsidR="003C653D" w:rsidRPr="00761184">
        <w:rPr>
          <w:rFonts w:ascii="游明朝" w:eastAsia="游明朝" w:hAnsi="游明朝"/>
          <w:b/>
          <w:bCs/>
        </w:rPr>
        <w:t xml:space="preserve">Applicant </w:t>
      </w:r>
      <w:r w:rsidRPr="00761184">
        <w:rPr>
          <w:rFonts w:ascii="游明朝" w:eastAsia="游明朝" w:hAnsi="游明朝"/>
          <w:b/>
          <w:bCs/>
        </w:rPr>
        <w:t>Information（</w:t>
      </w:r>
      <w:r w:rsidR="003C653D" w:rsidRPr="00761184">
        <w:rPr>
          <w:rFonts w:ascii="游明朝" w:eastAsia="游明朝" w:hAnsi="游明朝" w:hint="eastAsia"/>
          <w:b/>
          <w:bCs/>
          <w:lang w:eastAsia="ja-JP"/>
        </w:rPr>
        <w:t>申請者</w:t>
      </w:r>
      <w:proofErr w:type="spellStart"/>
      <w:r w:rsidRPr="00761184">
        <w:rPr>
          <w:rFonts w:ascii="游明朝" w:eastAsia="游明朝" w:hAnsi="游明朝"/>
          <w:b/>
          <w:bCs/>
        </w:rPr>
        <w:t>情報</w:t>
      </w:r>
      <w:proofErr w:type="spellEnd"/>
      <w:r w:rsidRPr="00761184">
        <w:rPr>
          <w:rFonts w:ascii="游明朝" w:eastAsia="游明朝" w:hAnsi="游明朝"/>
          <w:b/>
          <w:bCs/>
        </w:rPr>
        <w:t>）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114"/>
        <w:gridCol w:w="1936"/>
        <w:gridCol w:w="1466"/>
        <w:gridCol w:w="1786"/>
      </w:tblGrid>
      <w:tr w:rsidR="007F2590" w:rsidRPr="004B39A4" w14:paraId="1072D86A" w14:textId="77777777" w:rsidTr="008333CE">
        <w:tc>
          <w:tcPr>
            <w:tcW w:w="3114" w:type="dxa"/>
          </w:tcPr>
          <w:p w14:paraId="436B6176" w14:textId="0EB92C5E" w:rsidR="007F2590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 xml:space="preserve">Name 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r w:rsidRPr="004B39A4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フリガナ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5188" w:type="dxa"/>
            <w:gridSpan w:val="3"/>
          </w:tcPr>
          <w:p w14:paraId="0986B8F9" w14:textId="0BF4D56C" w:rsidR="007F2590" w:rsidRPr="004B39A4" w:rsidRDefault="00192761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color w:val="EE0000"/>
                <w:sz w:val="20"/>
                <w:szCs w:val="20"/>
                <w:lang w:eastAsia="ja-JP"/>
              </w:rPr>
              <w:t>セイ</w:t>
            </w:r>
            <w:r w:rsidR="003639AB"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（Last name）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／</w:t>
            </w:r>
            <w:r>
              <w:rPr>
                <w:rFonts w:ascii="游明朝" w:eastAsia="游明朝" w:hAnsi="游明朝" w:hint="eastAsia"/>
                <w:color w:val="EE0000"/>
                <w:sz w:val="20"/>
                <w:szCs w:val="20"/>
                <w:lang w:eastAsia="ja-JP"/>
              </w:rPr>
              <w:t>メイ</w:t>
            </w:r>
            <w:r w:rsidR="003639AB"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（First name）</w:t>
            </w:r>
          </w:p>
        </w:tc>
      </w:tr>
      <w:tr w:rsidR="007F2590" w:rsidRPr="004B39A4" w14:paraId="433885BD" w14:textId="77777777" w:rsidTr="008333CE">
        <w:tc>
          <w:tcPr>
            <w:tcW w:w="3114" w:type="dxa"/>
          </w:tcPr>
          <w:p w14:paraId="4D1F3A99" w14:textId="54A8EE36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Name (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氏名</w:t>
            </w:r>
            <w:proofErr w:type="spellEnd"/>
            <w:r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  <w:p w14:paraId="20E51794" w14:textId="030BB346" w:rsidR="007F2590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  <w:lang w:eastAsia="ko-KR"/>
              </w:rPr>
              <w:t>(in kanji if you have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5188" w:type="dxa"/>
            <w:gridSpan w:val="3"/>
          </w:tcPr>
          <w:p w14:paraId="0FC63DAB" w14:textId="1C04B96B" w:rsidR="007F2590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proofErr w:type="spellStart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姓（Last</w:t>
            </w:r>
            <w:proofErr w:type="spellEnd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 name）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／</w:t>
            </w:r>
            <w:proofErr w:type="spellStart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名（First</w:t>
            </w:r>
            <w:proofErr w:type="spellEnd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 name）</w:t>
            </w:r>
          </w:p>
        </w:tc>
      </w:tr>
      <w:tr w:rsidR="007F2590" w:rsidRPr="004B39A4" w14:paraId="38186B54" w14:textId="77777777" w:rsidTr="008333CE">
        <w:tc>
          <w:tcPr>
            <w:tcW w:w="3114" w:type="dxa"/>
          </w:tcPr>
          <w:p w14:paraId="6A6F7B79" w14:textId="70FC844C" w:rsidR="007F2590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 xml:space="preserve">Name 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in Roman letters)</w:t>
            </w:r>
          </w:p>
        </w:tc>
        <w:tc>
          <w:tcPr>
            <w:tcW w:w="5188" w:type="dxa"/>
            <w:gridSpan w:val="3"/>
          </w:tcPr>
          <w:p w14:paraId="0B2E629E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  <w:lang w:eastAsia="ko-KR"/>
              </w:rPr>
            </w:pPr>
            <w:proofErr w:type="spellStart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姓（Last</w:t>
            </w:r>
            <w:proofErr w:type="spellEnd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 name）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／</w:t>
            </w:r>
            <w:proofErr w:type="spellStart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名（First</w:t>
            </w:r>
            <w:proofErr w:type="spellEnd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 name）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 xml:space="preserve"> </w:t>
            </w:r>
          </w:p>
          <w:p w14:paraId="51E0CCAA" w14:textId="0D89F46F" w:rsidR="007F2590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*as written in your passport*</w:t>
            </w:r>
          </w:p>
        </w:tc>
      </w:tr>
      <w:tr w:rsidR="00744106" w:rsidRPr="004B39A4" w14:paraId="70F41607" w14:textId="515F7AB1" w:rsidTr="008333CE">
        <w:tc>
          <w:tcPr>
            <w:tcW w:w="3114" w:type="dxa"/>
          </w:tcPr>
          <w:p w14:paraId="1BDA39A1" w14:textId="53820523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Nationality</w:t>
            </w:r>
            <w:r w:rsidR="00B36FB5">
              <w:rPr>
                <w:rFonts w:ascii="游明朝" w:eastAsia="游明朝" w:hAnsi="游明朝" w:hint="eastAsia"/>
                <w:sz w:val="20"/>
                <w:szCs w:val="20"/>
                <w:lang w:eastAsia="ko-KR"/>
              </w:rPr>
              <w:t xml:space="preserve"> 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国籍</w:t>
            </w:r>
            <w:proofErr w:type="spellEnd"/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1936" w:type="dxa"/>
          </w:tcPr>
          <w:p w14:paraId="1DE18D3D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466" w:type="dxa"/>
          </w:tcPr>
          <w:p w14:paraId="1DBBF4A8" w14:textId="1F25E30B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Gender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性別</w:t>
            </w:r>
            <w:proofErr w:type="spellEnd"/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1786" w:type="dxa"/>
          </w:tcPr>
          <w:p w14:paraId="56F2C9E4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744106" w:rsidRPr="004B39A4" w14:paraId="7FC07561" w14:textId="77777777" w:rsidTr="008333CE">
        <w:trPr>
          <w:trHeight w:val="369"/>
        </w:trPr>
        <w:tc>
          <w:tcPr>
            <w:tcW w:w="3114" w:type="dxa"/>
          </w:tcPr>
          <w:p w14:paraId="5EFE0593" w14:textId="0A01B2FB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Date of Birth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生年月日</w:t>
            </w:r>
            <w:proofErr w:type="spellEnd"/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5188" w:type="dxa"/>
            <w:gridSpan w:val="3"/>
          </w:tcPr>
          <w:p w14:paraId="5228BBFB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YYYY 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 xml:space="preserve">/ </w:t>
            </w:r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MM 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 xml:space="preserve">/ </w:t>
            </w:r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DD　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（満　　歳）</w:t>
            </w:r>
          </w:p>
        </w:tc>
      </w:tr>
      <w:tr w:rsidR="00744106" w:rsidRPr="004B39A4" w14:paraId="57DE95DD" w14:textId="652F1569" w:rsidTr="008333CE">
        <w:tc>
          <w:tcPr>
            <w:tcW w:w="3114" w:type="dxa"/>
          </w:tcPr>
          <w:p w14:paraId="2E24B930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Affiliation</w:t>
            </w:r>
          </w:p>
          <w:p w14:paraId="6646E421" w14:textId="2253B1FD" w:rsidR="00744106" w:rsidRPr="004B39A4" w:rsidRDefault="003639AB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所属</w:t>
            </w:r>
            <w:proofErr w:type="spellEnd"/>
            <w:r w:rsidR="00761184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学部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・</w:t>
            </w:r>
            <w:r w:rsidR="00761184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学科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）</w:t>
            </w:r>
          </w:p>
        </w:tc>
        <w:tc>
          <w:tcPr>
            <w:tcW w:w="1936" w:type="dxa"/>
          </w:tcPr>
          <w:p w14:paraId="48AAB495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466" w:type="dxa"/>
          </w:tcPr>
          <w:p w14:paraId="4C9802C0" w14:textId="30C5E12B" w:rsidR="003639AB" w:rsidRPr="004B39A4" w:rsidRDefault="008333CE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 xml:space="preserve">Current </w:t>
            </w:r>
            <w:r w:rsidR="001D6918">
              <w:rPr>
                <w:rFonts w:ascii="游明朝" w:eastAsia="游明朝" w:hAnsi="游明朝"/>
                <w:sz w:val="20"/>
                <w:szCs w:val="20"/>
              </w:rPr>
              <w:t>Year</w:t>
            </w:r>
          </w:p>
          <w:p w14:paraId="4FA3DC82" w14:textId="44A31888" w:rsidR="00744106" w:rsidRPr="004B39A4" w:rsidRDefault="003639AB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r w:rsidR="00BA551C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現在の</w:t>
            </w:r>
            <w:proofErr w:type="spellStart"/>
            <w:r w:rsidR="00744106" w:rsidRPr="004B39A4">
              <w:rPr>
                <w:rFonts w:ascii="游明朝" w:eastAsia="游明朝" w:hAnsi="游明朝"/>
                <w:sz w:val="20"/>
                <w:szCs w:val="20"/>
              </w:rPr>
              <w:t>学年</w:t>
            </w:r>
            <w:proofErr w:type="spellEnd"/>
            <w:r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1786" w:type="dxa"/>
          </w:tcPr>
          <w:p w14:paraId="5A553B1A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744106" w:rsidRPr="004B39A4" w14:paraId="0A781FFE" w14:textId="77777777" w:rsidTr="008333CE">
        <w:tc>
          <w:tcPr>
            <w:tcW w:w="3114" w:type="dxa"/>
          </w:tcPr>
          <w:p w14:paraId="1128220B" w14:textId="5C7DCDD6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Student Number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学</w:t>
            </w:r>
            <w:r w:rsidR="00C2406B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生</w:t>
            </w:r>
            <w:r w:rsidRPr="004B39A4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番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号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5188" w:type="dxa"/>
            <w:gridSpan w:val="3"/>
          </w:tcPr>
          <w:p w14:paraId="4BAEC2E8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3639AB" w:rsidRPr="004B39A4" w14:paraId="0D37D180" w14:textId="77777777" w:rsidTr="008333CE">
        <w:trPr>
          <w:trHeight w:val="612"/>
        </w:trPr>
        <w:tc>
          <w:tcPr>
            <w:tcW w:w="3114" w:type="dxa"/>
          </w:tcPr>
          <w:p w14:paraId="1CF3F709" w14:textId="77777777" w:rsidR="00B36FB5" w:rsidRDefault="003639AB" w:rsidP="00744106">
            <w:pPr>
              <w:rPr>
                <w:rFonts w:ascii="游明朝" w:eastAsia="游明朝" w:hAnsi="游明朝"/>
                <w:sz w:val="20"/>
                <w:szCs w:val="20"/>
                <w:lang w:eastAsia="ko-KR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Supervisor’s Name</w:t>
            </w:r>
          </w:p>
          <w:p w14:paraId="3D70015B" w14:textId="14FB76BB" w:rsidR="003639AB" w:rsidRPr="004B39A4" w:rsidRDefault="003639AB" w:rsidP="008333CE">
            <w:pPr>
              <w:rPr>
                <w:rFonts w:ascii="游明朝" w:eastAsia="游明朝" w:hAnsi="游明朝"/>
                <w:sz w:val="20"/>
                <w:szCs w:val="20"/>
                <w:lang w:eastAsia="ja-JP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指導教員名</w:t>
            </w:r>
            <w:proofErr w:type="spellEnd"/>
            <w:r w:rsidR="008333CE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 xml:space="preserve">, </w:t>
            </w:r>
            <w:r w:rsidR="00BA551C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次年度4年生のみ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5188" w:type="dxa"/>
            <w:gridSpan w:val="3"/>
          </w:tcPr>
          <w:p w14:paraId="0CF0CEBD" w14:textId="129839BD" w:rsidR="003639AB" w:rsidRPr="004B39A4" w:rsidRDefault="00B36FB5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proofErr w:type="spellStart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姓（Last</w:t>
            </w:r>
            <w:proofErr w:type="spellEnd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 name）</w:t>
            </w:r>
            <w:r w:rsidRPr="004B39A4">
              <w:rPr>
                <w:rFonts w:ascii="游明朝" w:eastAsia="游明朝" w:hAnsi="游明朝"/>
                <w:sz w:val="20"/>
                <w:szCs w:val="20"/>
              </w:rPr>
              <w:t>／</w:t>
            </w:r>
            <w:proofErr w:type="spellStart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>名（First</w:t>
            </w:r>
            <w:proofErr w:type="spellEnd"/>
            <w:r w:rsidRPr="004B39A4">
              <w:rPr>
                <w:rFonts w:ascii="游明朝" w:eastAsia="游明朝" w:hAnsi="游明朝"/>
                <w:color w:val="EE0000"/>
                <w:sz w:val="20"/>
                <w:szCs w:val="20"/>
              </w:rPr>
              <w:t xml:space="preserve"> name）</w:t>
            </w:r>
          </w:p>
        </w:tc>
      </w:tr>
      <w:tr w:rsidR="00744106" w:rsidRPr="004B39A4" w14:paraId="55D3419A" w14:textId="77777777" w:rsidTr="008333CE">
        <w:trPr>
          <w:trHeight w:val="722"/>
        </w:trPr>
        <w:tc>
          <w:tcPr>
            <w:tcW w:w="3114" w:type="dxa"/>
          </w:tcPr>
          <w:p w14:paraId="1529A5E1" w14:textId="18883B1B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Current Address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現住所</w:t>
            </w:r>
            <w:proofErr w:type="spellEnd"/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）</w:t>
            </w:r>
          </w:p>
        </w:tc>
        <w:tc>
          <w:tcPr>
            <w:tcW w:w="5188" w:type="dxa"/>
            <w:gridSpan w:val="3"/>
          </w:tcPr>
          <w:p w14:paraId="79CD58C4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 xml:space="preserve">〒　　　　　　　　　　　　　　　　　　　　　　　　　　　　</w:t>
            </w:r>
          </w:p>
        </w:tc>
      </w:tr>
      <w:tr w:rsidR="00744106" w:rsidRPr="004B39A4" w14:paraId="4A9005A0" w14:textId="77777777" w:rsidTr="008333CE">
        <w:tc>
          <w:tcPr>
            <w:tcW w:w="3114" w:type="dxa"/>
          </w:tcPr>
          <w:p w14:paraId="24888817" w14:textId="715E556D" w:rsidR="00744106" w:rsidRPr="00B244F0" w:rsidRDefault="00744106" w:rsidP="00744106">
            <w:pPr>
              <w:rPr>
                <w:rFonts w:ascii="游明朝" w:eastAsia="游明朝" w:hAnsi="游明朝"/>
                <w:sz w:val="20"/>
                <w:szCs w:val="20"/>
                <w:lang w:val="en-CA" w:eastAsia="ja-JP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  <w:lang w:eastAsia="ja-JP"/>
              </w:rPr>
              <w:t>E-mail</w:t>
            </w:r>
            <w:r w:rsidR="003C653D">
              <w:rPr>
                <w:rFonts w:ascii="游明朝" w:eastAsia="游明朝" w:hAnsi="游明朝"/>
                <w:sz w:val="20"/>
                <w:szCs w:val="20"/>
                <w:lang w:val="en-CA" w:eastAsia="ja-JP"/>
              </w:rPr>
              <w:t xml:space="preserve"> address</w:t>
            </w:r>
          </w:p>
        </w:tc>
        <w:tc>
          <w:tcPr>
            <w:tcW w:w="5188" w:type="dxa"/>
            <w:gridSpan w:val="3"/>
          </w:tcPr>
          <w:p w14:paraId="24D99759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  <w:lang w:eastAsia="ja-JP"/>
              </w:rPr>
            </w:pPr>
          </w:p>
        </w:tc>
      </w:tr>
      <w:tr w:rsidR="00744106" w:rsidRPr="004B39A4" w14:paraId="24ECA475" w14:textId="77777777" w:rsidTr="008333CE">
        <w:tc>
          <w:tcPr>
            <w:tcW w:w="3114" w:type="dxa"/>
          </w:tcPr>
          <w:p w14:paraId="1234B23B" w14:textId="4AAC4715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4B39A4">
              <w:rPr>
                <w:rFonts w:ascii="游明朝" w:eastAsia="游明朝" w:hAnsi="游明朝"/>
                <w:sz w:val="20"/>
                <w:szCs w:val="20"/>
              </w:rPr>
              <w:t>Phone</w:t>
            </w:r>
            <w:r w:rsidR="003C653D">
              <w:rPr>
                <w:rFonts w:ascii="游明朝" w:eastAsia="游明朝" w:hAnsi="游明朝"/>
                <w:sz w:val="20"/>
                <w:szCs w:val="20"/>
              </w:rPr>
              <w:t xml:space="preserve"> number</w:t>
            </w:r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(</w:t>
            </w:r>
            <w:r w:rsidR="00192761">
              <w:rPr>
                <w:rFonts w:ascii="游明朝" w:eastAsia="游明朝" w:hAnsi="游明朝" w:hint="eastAsia"/>
                <w:sz w:val="20"/>
                <w:szCs w:val="20"/>
                <w:lang w:eastAsia="ja-JP"/>
              </w:rPr>
              <w:t>携帯</w:t>
            </w:r>
            <w:proofErr w:type="spellStart"/>
            <w:r w:rsidRPr="004B39A4">
              <w:rPr>
                <w:rFonts w:ascii="游明朝" w:eastAsia="游明朝" w:hAnsi="游明朝"/>
                <w:sz w:val="20"/>
                <w:szCs w:val="20"/>
              </w:rPr>
              <w:t>電話</w:t>
            </w:r>
            <w:proofErr w:type="spellEnd"/>
            <w:r w:rsidR="003639AB" w:rsidRPr="004B39A4">
              <w:rPr>
                <w:rFonts w:ascii="游明朝" w:eastAsia="游明朝" w:hAnsi="游明朝"/>
                <w:sz w:val="20"/>
                <w:szCs w:val="20"/>
              </w:rPr>
              <w:t>)</w:t>
            </w:r>
          </w:p>
        </w:tc>
        <w:tc>
          <w:tcPr>
            <w:tcW w:w="5188" w:type="dxa"/>
            <w:gridSpan w:val="3"/>
          </w:tcPr>
          <w:p w14:paraId="0AA63284" w14:textId="77777777" w:rsidR="00744106" w:rsidRPr="004B39A4" w:rsidRDefault="00744106" w:rsidP="00744106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</w:tbl>
    <w:p w14:paraId="256DE051" w14:textId="77777777" w:rsidR="007F2590" w:rsidRPr="00744106" w:rsidRDefault="007F2590" w:rsidP="00744106">
      <w:pPr>
        <w:spacing w:after="0" w:line="240" w:lineRule="auto"/>
        <w:rPr>
          <w:rFonts w:ascii="游明朝" w:eastAsia="游明朝" w:hAnsi="游明朝"/>
          <w:sz w:val="21"/>
          <w:szCs w:val="21"/>
        </w:rPr>
      </w:pPr>
    </w:p>
    <w:p w14:paraId="5AABAFB5" w14:textId="36973E2F" w:rsidR="007F2590" w:rsidRPr="00761184" w:rsidRDefault="007945DB" w:rsidP="00761184">
      <w:pPr>
        <w:pStyle w:val="a"/>
        <w:numPr>
          <w:ilvl w:val="0"/>
          <w:numId w:val="0"/>
        </w:numPr>
        <w:snapToGrid w:val="0"/>
        <w:spacing w:after="0" w:line="240" w:lineRule="auto"/>
        <w:ind w:hanging="360"/>
        <w:rPr>
          <w:rFonts w:ascii="游明朝" w:eastAsia="游明朝" w:hAnsi="游明朝"/>
          <w:b/>
          <w:bCs/>
          <w:lang w:eastAsia="ja-JP"/>
        </w:rPr>
      </w:pPr>
      <w:r w:rsidRPr="00761184">
        <w:rPr>
          <w:rFonts w:ascii="游明朝" w:eastAsia="游明朝" w:hAnsi="游明朝" w:hint="eastAsia"/>
          <w:b/>
          <w:bCs/>
          <w:lang w:eastAsia="ja-JP"/>
        </w:rPr>
        <w:t>2</w:t>
      </w:r>
      <w:r w:rsidRPr="00761184">
        <w:rPr>
          <w:rFonts w:ascii="游明朝" w:eastAsia="游明朝" w:hAnsi="游明朝"/>
          <w:b/>
          <w:bCs/>
          <w:lang w:eastAsia="ja-JP"/>
        </w:rPr>
        <w:t>. Motivation（応募動機）</w:t>
      </w:r>
    </w:p>
    <w:p w14:paraId="07809510" w14:textId="674B66D4" w:rsidR="007F2590" w:rsidRPr="00761184" w:rsidRDefault="00000000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  <w:lang w:eastAsia="ja-JP"/>
        </w:rPr>
      </w:pPr>
      <w:r w:rsidRPr="00761184">
        <w:rPr>
          <w:rFonts w:ascii="游明朝" w:eastAsia="游明朝" w:hAnsi="游明朝"/>
          <w:color w:val="EE0000"/>
          <w:lang w:eastAsia="ja-JP"/>
        </w:rPr>
        <w:t>Describe the reason for applying to this program, what you aim to learn through participation.（本プログラムへの応募理由、参加を通して学びたい内容を具体的に記述してください。）</w:t>
      </w:r>
      <w:r w:rsidR="00D30747" w:rsidRPr="00761184">
        <w:rPr>
          <w:rFonts w:ascii="游明朝" w:eastAsia="游明朝" w:hAnsi="游明朝"/>
          <w:color w:val="EE0000"/>
          <w:lang w:eastAsia="ja-JP"/>
        </w:rPr>
        <w:t xml:space="preserve">(Font: </w:t>
      </w:r>
      <w:r w:rsidR="00D30747" w:rsidRPr="00761184">
        <w:rPr>
          <w:rFonts w:ascii="Batang" w:eastAsia="Batang" w:hAnsi="Batang" w:cs="Batang"/>
          <w:color w:val="EE0000"/>
          <w:lang w:eastAsia="ja-JP"/>
        </w:rPr>
        <w:t xml:space="preserve">Yu </w:t>
      </w:r>
      <w:r w:rsidR="00D30747" w:rsidRPr="00761184">
        <w:rPr>
          <w:rFonts w:ascii="游明朝" w:eastAsia="游明朝" w:hAnsi="游明朝"/>
          <w:color w:val="EE0000"/>
          <w:lang w:eastAsia="ja-JP"/>
        </w:rPr>
        <w:t xml:space="preserve">Mincho, </w:t>
      </w:r>
      <w:r w:rsidR="00D30747" w:rsidRPr="00761184">
        <w:rPr>
          <w:rFonts w:ascii="游明朝" w:eastAsia="游明朝" w:hAnsi="游明朝" w:hint="eastAsia"/>
          <w:color w:val="EE0000"/>
          <w:lang w:eastAsia="ja-JP"/>
        </w:rPr>
        <w:t>1</w:t>
      </w:r>
      <w:r w:rsidR="00761184" w:rsidRPr="00761184">
        <w:rPr>
          <w:rFonts w:ascii="游明朝" w:eastAsia="游明朝" w:hAnsi="游明朝" w:hint="eastAsia"/>
          <w:color w:val="EE0000"/>
          <w:lang w:eastAsia="ja-JP"/>
        </w:rPr>
        <w:t>1</w:t>
      </w:r>
      <w:r w:rsidR="00D30747" w:rsidRPr="00761184">
        <w:rPr>
          <w:rFonts w:ascii="游明朝" w:eastAsia="游明朝" w:hAnsi="游明朝"/>
          <w:color w:val="EE0000"/>
          <w:lang w:eastAsia="ja-JP"/>
        </w:rPr>
        <w:t xml:space="preserve"> pt, single-spaced)</w:t>
      </w:r>
    </w:p>
    <w:p w14:paraId="79587046" w14:textId="77777777" w:rsidR="003639AB" w:rsidRPr="003639AB" w:rsidRDefault="003639AB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  <w:sz w:val="18"/>
          <w:szCs w:val="18"/>
          <w:lang w:eastAsia="ja-JP"/>
        </w:rPr>
      </w:pPr>
    </w:p>
    <w:p w14:paraId="6AE34646" w14:textId="79750966" w:rsidR="007F2590" w:rsidRPr="00761184" w:rsidRDefault="007945DB" w:rsidP="00761184">
      <w:pPr>
        <w:pStyle w:val="a"/>
        <w:numPr>
          <w:ilvl w:val="0"/>
          <w:numId w:val="0"/>
        </w:numPr>
        <w:snapToGrid w:val="0"/>
        <w:spacing w:after="0" w:line="240" w:lineRule="auto"/>
        <w:ind w:hanging="360"/>
        <w:rPr>
          <w:rFonts w:ascii="游明朝" w:eastAsia="游明朝" w:hAnsi="游明朝"/>
          <w:b/>
          <w:bCs/>
          <w:lang w:eastAsia="ja-JP"/>
        </w:rPr>
      </w:pPr>
      <w:r w:rsidRPr="00761184">
        <w:rPr>
          <w:rFonts w:ascii="游明朝" w:eastAsia="游明朝" w:hAnsi="游明朝" w:hint="eastAsia"/>
          <w:b/>
          <w:bCs/>
          <w:lang w:eastAsia="ja-JP"/>
        </w:rPr>
        <w:t>3</w:t>
      </w:r>
      <w:r w:rsidRPr="00761184">
        <w:rPr>
          <w:rFonts w:ascii="游明朝" w:eastAsia="游明朝" w:hAnsi="游明朝"/>
          <w:b/>
          <w:bCs/>
          <w:lang w:eastAsia="ja-JP"/>
        </w:rPr>
        <w:t xml:space="preserve">. </w:t>
      </w:r>
      <w:r w:rsidR="001F2E14" w:rsidRPr="00761184">
        <w:rPr>
          <w:rFonts w:ascii="游明朝" w:eastAsia="游明朝" w:hAnsi="游明朝"/>
          <w:b/>
          <w:bCs/>
          <w:lang w:eastAsia="ja-JP"/>
        </w:rPr>
        <w:t>Areas of Interest（</w:t>
      </w:r>
      <w:r w:rsidRPr="00761184">
        <w:rPr>
          <w:rFonts w:ascii="游明朝" w:eastAsia="游明朝" w:hAnsi="游明朝"/>
          <w:b/>
          <w:bCs/>
          <w:lang w:eastAsia="ja-JP"/>
        </w:rPr>
        <w:t>関心分野）</w:t>
      </w:r>
    </w:p>
    <w:p w14:paraId="5665EC3D" w14:textId="7A6347B1" w:rsidR="004B39A4" w:rsidRPr="00761184" w:rsidRDefault="00000000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  <w:lang w:eastAsia="ko-KR"/>
        </w:rPr>
      </w:pPr>
      <w:r w:rsidRPr="00761184">
        <w:rPr>
          <w:rFonts w:ascii="游明朝" w:eastAsia="游明朝" w:hAnsi="游明朝"/>
          <w:color w:val="EE0000"/>
          <w:lang w:eastAsia="ja-JP"/>
        </w:rPr>
        <w:t xml:space="preserve">Describe </w:t>
      </w:r>
      <w:r w:rsidR="00CE5492" w:rsidRPr="00761184">
        <w:rPr>
          <w:rFonts w:ascii="游明朝" w:eastAsia="游明朝" w:hAnsi="游明朝"/>
          <w:color w:val="EE0000"/>
          <w:lang w:eastAsia="ja-JP"/>
        </w:rPr>
        <w:t>the themes that have interested you in your studies or practical training, and the fields you would like to explore in the future</w:t>
      </w:r>
      <w:r w:rsidRPr="00761184">
        <w:rPr>
          <w:rFonts w:ascii="游明朝" w:eastAsia="游明朝" w:hAnsi="游明朝"/>
          <w:color w:val="EE0000"/>
          <w:lang w:eastAsia="ja-JP"/>
        </w:rPr>
        <w:t>.（これまでの学習・実習で関心を持ったテーマや、今後</w:t>
      </w:r>
      <w:r w:rsidR="001F2E14" w:rsidRPr="00761184">
        <w:rPr>
          <w:rFonts w:ascii="游明朝" w:eastAsia="游明朝" w:hAnsi="游明朝" w:hint="eastAsia"/>
          <w:color w:val="EE0000"/>
          <w:lang w:eastAsia="ja-JP"/>
        </w:rPr>
        <w:t>取り組みたい</w:t>
      </w:r>
      <w:r w:rsidRPr="00761184">
        <w:rPr>
          <w:rFonts w:ascii="游明朝" w:eastAsia="游明朝" w:hAnsi="游明朝"/>
          <w:color w:val="EE0000"/>
          <w:lang w:eastAsia="ja-JP"/>
        </w:rPr>
        <w:t>研究分野について具体的に記述してください。）</w:t>
      </w:r>
      <w:r w:rsidR="00D30747" w:rsidRPr="00761184">
        <w:rPr>
          <w:rFonts w:ascii="游明朝" w:eastAsia="游明朝" w:hAnsi="游明朝"/>
          <w:color w:val="EE0000"/>
        </w:rPr>
        <w:t xml:space="preserve">(Font: Yu Mincho, </w:t>
      </w:r>
      <w:r w:rsidR="00D30747" w:rsidRPr="00761184">
        <w:rPr>
          <w:rFonts w:ascii="游明朝" w:eastAsia="游明朝" w:hAnsi="游明朝" w:hint="eastAsia"/>
          <w:color w:val="EE0000"/>
          <w:lang w:eastAsia="ko-KR"/>
        </w:rPr>
        <w:t>1</w:t>
      </w:r>
      <w:r w:rsidR="00761184" w:rsidRPr="00761184">
        <w:rPr>
          <w:rFonts w:ascii="游明朝" w:eastAsia="游明朝" w:hAnsi="游明朝" w:hint="eastAsia"/>
          <w:color w:val="EE0000"/>
          <w:lang w:eastAsia="ja-JP"/>
        </w:rPr>
        <w:t>1</w:t>
      </w:r>
      <w:r w:rsidR="00D30747" w:rsidRPr="00761184">
        <w:rPr>
          <w:rFonts w:ascii="游明朝" w:eastAsia="游明朝" w:hAnsi="游明朝"/>
          <w:color w:val="EE0000"/>
        </w:rPr>
        <w:t xml:space="preserve"> pt, single-spaced)</w:t>
      </w:r>
    </w:p>
    <w:p w14:paraId="08F68FB8" w14:textId="77777777" w:rsidR="007945DB" w:rsidRDefault="007945DB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  <w:sz w:val="18"/>
          <w:szCs w:val="18"/>
          <w:lang w:eastAsia="ko-KR"/>
        </w:rPr>
      </w:pPr>
    </w:p>
    <w:p w14:paraId="2A9D8DD3" w14:textId="3E4C0A69" w:rsidR="007945DB" w:rsidRPr="00761184" w:rsidRDefault="007945DB" w:rsidP="00761184">
      <w:pPr>
        <w:pStyle w:val="a"/>
        <w:numPr>
          <w:ilvl w:val="0"/>
          <w:numId w:val="0"/>
        </w:numPr>
        <w:snapToGrid w:val="0"/>
        <w:spacing w:after="0" w:line="240" w:lineRule="auto"/>
        <w:ind w:hanging="360"/>
        <w:rPr>
          <w:rFonts w:ascii="游明朝" w:eastAsia="游明朝" w:hAnsi="游明朝"/>
          <w:b/>
          <w:bCs/>
          <w:lang w:eastAsia="ja-JP"/>
        </w:rPr>
      </w:pPr>
      <w:r w:rsidRPr="00761184">
        <w:rPr>
          <w:rFonts w:ascii="游明朝" w:eastAsia="游明朝" w:hAnsi="游明朝" w:hint="eastAsia"/>
          <w:b/>
          <w:bCs/>
          <w:lang w:eastAsia="ja-JP"/>
        </w:rPr>
        <w:t>4</w:t>
      </w:r>
      <w:r w:rsidRPr="00761184">
        <w:rPr>
          <w:rFonts w:ascii="游明朝" w:eastAsia="游明朝" w:hAnsi="游明朝"/>
          <w:b/>
          <w:bCs/>
          <w:lang w:eastAsia="ja-JP"/>
        </w:rPr>
        <w:t xml:space="preserve">. </w:t>
      </w:r>
      <w:r w:rsidR="000D4E30" w:rsidRPr="00761184">
        <w:rPr>
          <w:rFonts w:ascii="游明朝" w:eastAsia="游明朝" w:hAnsi="游明朝"/>
          <w:b/>
          <w:bCs/>
          <w:lang w:eastAsia="ja-JP"/>
        </w:rPr>
        <w:t>English Communication Experience</w:t>
      </w:r>
      <w:r w:rsidRPr="00761184">
        <w:rPr>
          <w:rFonts w:ascii="游明朝" w:eastAsia="游明朝" w:hAnsi="游明朝"/>
          <w:b/>
          <w:bCs/>
          <w:lang w:eastAsia="ja-JP"/>
        </w:rPr>
        <w:t>（</w:t>
      </w:r>
      <w:r w:rsidR="000D4E30" w:rsidRPr="00761184">
        <w:rPr>
          <w:rFonts w:ascii="游明朝" w:eastAsia="游明朝" w:hAnsi="游明朝"/>
          <w:b/>
          <w:bCs/>
          <w:lang w:eastAsia="ja-JP"/>
        </w:rPr>
        <w:t>英語によるコミュニケーション経験</w:t>
      </w:r>
      <w:r w:rsidRPr="00761184">
        <w:rPr>
          <w:rFonts w:ascii="游明朝" w:eastAsia="游明朝" w:hAnsi="游明朝"/>
          <w:b/>
          <w:bCs/>
          <w:lang w:eastAsia="ja-JP"/>
        </w:rPr>
        <w:t>）</w:t>
      </w:r>
    </w:p>
    <w:p w14:paraId="795698B0" w14:textId="3BEF2CFA" w:rsidR="007945DB" w:rsidRPr="00761184" w:rsidRDefault="000D4E30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</w:rPr>
      </w:pPr>
      <w:r w:rsidRPr="00761184">
        <w:rPr>
          <w:rFonts w:ascii="游明朝" w:eastAsia="游明朝" w:hAnsi="游明朝"/>
          <w:color w:val="EE0000"/>
          <w:lang w:eastAsia="ja-JP"/>
        </w:rPr>
        <w:t>Describe your experiences using English for communication, such as studying abroad, participating in international exchange activities, or giving presentations or speeches.</w:t>
      </w:r>
      <w:r w:rsidRPr="00761184">
        <w:t xml:space="preserve"> </w:t>
      </w:r>
      <w:r w:rsidRPr="00761184">
        <w:rPr>
          <w:rFonts w:ascii="游明朝" w:eastAsia="游明朝" w:hAnsi="游明朝"/>
          <w:color w:val="EE0000"/>
          <w:lang w:eastAsia="ja-JP"/>
        </w:rPr>
        <w:t xml:space="preserve">This information is for reference only. Applicants will not be disadvantaged in the </w:t>
      </w:r>
      <w:r w:rsidRPr="00761184">
        <w:rPr>
          <w:rFonts w:ascii="游明朝" w:eastAsia="游明朝" w:hAnsi="游明朝"/>
          <w:color w:val="EE0000"/>
          <w:lang w:eastAsia="ja-JP"/>
        </w:rPr>
        <w:lastRenderedPageBreak/>
        <w:t>selection process if they have no prior experience.</w:t>
      </w:r>
      <w:r w:rsidRPr="00761184">
        <w:rPr>
          <w:rFonts w:ascii="游明朝" w:eastAsia="游明朝" w:hAnsi="游明朝" w:hint="eastAsia"/>
          <w:color w:val="EE0000"/>
          <w:lang w:eastAsia="ja-JP"/>
        </w:rPr>
        <w:t xml:space="preserve"> </w:t>
      </w:r>
      <w:r w:rsidRPr="00761184">
        <w:rPr>
          <w:rFonts w:ascii="游明朝" w:eastAsia="游明朝" w:hAnsi="游明朝"/>
          <w:color w:val="EE0000"/>
          <w:lang w:eastAsia="ja-JP"/>
        </w:rPr>
        <w:t>If you have no such experience, you may leave this section blank.</w:t>
      </w:r>
      <w:r w:rsidRPr="00761184">
        <w:rPr>
          <w:rFonts w:ascii="游明朝" w:eastAsia="游明朝" w:hAnsi="游明朝" w:hint="eastAsia"/>
          <w:color w:val="EE0000"/>
          <w:lang w:eastAsia="ja-JP"/>
        </w:rPr>
        <w:t xml:space="preserve"> （</w:t>
      </w:r>
      <w:r w:rsidRPr="00761184">
        <w:rPr>
          <w:rFonts w:ascii="游明朝" w:eastAsia="游明朝" w:hAnsi="游明朝"/>
          <w:color w:val="EE0000"/>
          <w:lang w:eastAsia="ja-JP"/>
        </w:rPr>
        <w:t>留学、国際交流活動、スピーチ</w:t>
      </w:r>
      <w:r w:rsidR="004F35BB" w:rsidRPr="00761184">
        <w:rPr>
          <w:rFonts w:ascii="游明朝" w:eastAsia="游明朝" w:hAnsi="游明朝" w:hint="eastAsia"/>
          <w:color w:val="EE0000"/>
          <w:lang w:eastAsia="ja-JP"/>
        </w:rPr>
        <w:t>コンテスト</w:t>
      </w:r>
      <w:r w:rsidRPr="00761184">
        <w:rPr>
          <w:rFonts w:ascii="游明朝" w:eastAsia="游明朝" w:hAnsi="游明朝"/>
          <w:color w:val="EE0000"/>
          <w:lang w:eastAsia="ja-JP"/>
        </w:rPr>
        <w:t>など、英語を用いたコミュニケーション経験があれば記述してください。</w:t>
      </w:r>
      <w:r w:rsidR="004F35BB" w:rsidRPr="00761184">
        <w:rPr>
          <w:rFonts w:ascii="游明朝" w:eastAsia="游明朝" w:hAnsi="游明朝"/>
          <w:color w:val="EE0000"/>
          <w:lang w:eastAsia="ja-JP"/>
        </w:rPr>
        <w:t>記載内容は参考情報としてのみ使用します。該当する経験がない場合は空欄でも構わず、それによって選考上不利になることはありません。</w:t>
      </w:r>
      <w:r w:rsidRPr="00761184">
        <w:rPr>
          <w:rFonts w:ascii="游明朝" w:eastAsia="游明朝" w:hAnsi="游明朝" w:hint="eastAsia"/>
          <w:color w:val="EE0000"/>
        </w:rPr>
        <w:t>）</w:t>
      </w:r>
      <w:r w:rsidRPr="00761184">
        <w:rPr>
          <w:rFonts w:ascii="游明朝" w:eastAsia="游明朝" w:hAnsi="游明朝"/>
          <w:color w:val="EE0000"/>
        </w:rPr>
        <w:t xml:space="preserve"> (</w:t>
      </w:r>
      <w:r w:rsidR="007945DB" w:rsidRPr="00761184">
        <w:rPr>
          <w:rFonts w:ascii="游明朝" w:eastAsia="游明朝" w:hAnsi="游明朝"/>
          <w:color w:val="EE0000"/>
        </w:rPr>
        <w:t xml:space="preserve">Font: Yu Mincho, </w:t>
      </w:r>
      <w:r w:rsidR="007945DB" w:rsidRPr="00761184">
        <w:rPr>
          <w:rFonts w:ascii="游明朝" w:eastAsia="游明朝" w:hAnsi="游明朝" w:hint="eastAsia"/>
          <w:color w:val="EE0000"/>
          <w:lang w:eastAsia="ko-KR"/>
        </w:rPr>
        <w:t>1</w:t>
      </w:r>
      <w:r w:rsidR="00761184" w:rsidRPr="00761184">
        <w:rPr>
          <w:rFonts w:ascii="游明朝" w:eastAsia="游明朝" w:hAnsi="游明朝" w:hint="eastAsia"/>
          <w:color w:val="EE0000"/>
          <w:lang w:eastAsia="ja-JP"/>
        </w:rPr>
        <w:t>1</w:t>
      </w:r>
      <w:r w:rsidR="007945DB" w:rsidRPr="00761184">
        <w:rPr>
          <w:rFonts w:ascii="游明朝" w:eastAsia="游明朝" w:hAnsi="游明朝"/>
          <w:color w:val="EE0000"/>
        </w:rPr>
        <w:t xml:space="preserve"> pt, single-spaced)</w:t>
      </w:r>
    </w:p>
    <w:p w14:paraId="36F9DCEF" w14:textId="77777777" w:rsidR="007945DB" w:rsidRPr="003639AB" w:rsidRDefault="007945DB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  <w:sz w:val="18"/>
          <w:szCs w:val="18"/>
          <w:lang w:eastAsia="ko-KR"/>
        </w:rPr>
      </w:pPr>
    </w:p>
    <w:p w14:paraId="5F7E217B" w14:textId="77777777" w:rsidR="007F2590" w:rsidRPr="00761184" w:rsidRDefault="00000000" w:rsidP="00761184">
      <w:pPr>
        <w:pStyle w:val="a"/>
        <w:numPr>
          <w:ilvl w:val="0"/>
          <w:numId w:val="0"/>
        </w:numPr>
        <w:snapToGrid w:val="0"/>
        <w:spacing w:after="0" w:line="240" w:lineRule="auto"/>
        <w:ind w:hanging="360"/>
        <w:rPr>
          <w:rFonts w:ascii="游明朝" w:eastAsia="游明朝" w:hAnsi="游明朝"/>
          <w:b/>
          <w:bCs/>
          <w:lang w:eastAsia="ja-JP"/>
        </w:rPr>
      </w:pPr>
      <w:r w:rsidRPr="00761184">
        <w:rPr>
          <w:rFonts w:ascii="游明朝" w:eastAsia="游明朝" w:hAnsi="游明朝"/>
          <w:b/>
          <w:bCs/>
          <w:lang w:eastAsia="ja-JP"/>
        </w:rPr>
        <w:t>5. Future Goals（将来の目標）</w:t>
      </w:r>
    </w:p>
    <w:p w14:paraId="6005531C" w14:textId="398AF004" w:rsidR="00D30747" w:rsidRPr="00761184" w:rsidRDefault="00000000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</w:rPr>
      </w:pPr>
      <w:r w:rsidRPr="00761184">
        <w:rPr>
          <w:rFonts w:ascii="游明朝" w:eastAsia="游明朝" w:hAnsi="游明朝"/>
          <w:color w:val="EE0000"/>
          <w:lang w:eastAsia="ja-JP"/>
        </w:rPr>
        <w:t>Explain how you will apply the knowledge and experiences gained through this program to your future studies</w:t>
      </w:r>
      <w:r w:rsidR="003C653D" w:rsidRPr="00761184">
        <w:rPr>
          <w:rFonts w:ascii="游明朝" w:eastAsia="游明朝" w:hAnsi="游明朝"/>
          <w:color w:val="EE0000"/>
          <w:lang w:val="en-CA" w:eastAsia="ja-JP"/>
        </w:rPr>
        <w:t xml:space="preserve"> and</w:t>
      </w:r>
      <w:r w:rsidRPr="00761184">
        <w:rPr>
          <w:rFonts w:ascii="游明朝" w:eastAsia="游明朝" w:hAnsi="游明朝"/>
          <w:color w:val="EE0000"/>
          <w:lang w:eastAsia="ja-JP"/>
        </w:rPr>
        <w:t xml:space="preserve"> research.（</w:t>
      </w:r>
      <w:r w:rsidR="004B39A4" w:rsidRPr="00761184">
        <w:rPr>
          <w:rFonts w:ascii="游明朝" w:eastAsia="游明朝" w:hAnsi="游明朝"/>
          <w:color w:val="EE0000"/>
          <w:lang w:eastAsia="ja-JP"/>
        </w:rPr>
        <w:t>本プログラムを通して得た経験を、今後の学習や研究にどのように活か</w:t>
      </w:r>
      <w:r w:rsidR="00F97E45" w:rsidRPr="00761184">
        <w:rPr>
          <w:rFonts w:ascii="游明朝" w:eastAsia="游明朝" w:hAnsi="游明朝" w:hint="eastAsia"/>
          <w:color w:val="EE0000"/>
          <w:lang w:eastAsia="ja-JP"/>
        </w:rPr>
        <w:t>したい</w:t>
      </w:r>
      <w:r w:rsidR="004B39A4" w:rsidRPr="00761184">
        <w:rPr>
          <w:rFonts w:ascii="游明朝" w:eastAsia="游明朝" w:hAnsi="游明朝"/>
          <w:color w:val="EE0000"/>
          <w:lang w:eastAsia="ja-JP"/>
        </w:rPr>
        <w:t>かを具体的に記述してください。</w:t>
      </w:r>
      <w:r w:rsidRPr="00761184">
        <w:rPr>
          <w:rFonts w:ascii="游明朝" w:eastAsia="游明朝" w:hAnsi="游明朝"/>
          <w:color w:val="EE0000"/>
        </w:rPr>
        <w:t>）</w:t>
      </w:r>
      <w:r w:rsidR="00D30747" w:rsidRPr="00761184">
        <w:rPr>
          <w:rFonts w:ascii="游明朝" w:eastAsia="游明朝" w:hAnsi="游明朝"/>
          <w:color w:val="EE0000"/>
        </w:rPr>
        <w:t xml:space="preserve">(Font: Yu Mincho, </w:t>
      </w:r>
      <w:r w:rsidR="00D30747" w:rsidRPr="00761184">
        <w:rPr>
          <w:rFonts w:ascii="游明朝" w:eastAsia="游明朝" w:hAnsi="游明朝" w:hint="eastAsia"/>
          <w:color w:val="EE0000"/>
          <w:lang w:eastAsia="ko-KR"/>
        </w:rPr>
        <w:t>1</w:t>
      </w:r>
      <w:r w:rsidR="00761184" w:rsidRPr="00761184">
        <w:rPr>
          <w:rFonts w:ascii="游明朝" w:eastAsia="游明朝" w:hAnsi="游明朝" w:hint="eastAsia"/>
          <w:color w:val="EE0000"/>
          <w:lang w:eastAsia="ja-JP"/>
        </w:rPr>
        <w:t>1</w:t>
      </w:r>
      <w:r w:rsidR="00D30747" w:rsidRPr="00761184">
        <w:rPr>
          <w:rFonts w:ascii="游明朝" w:eastAsia="游明朝" w:hAnsi="游明朝"/>
          <w:color w:val="EE0000"/>
        </w:rPr>
        <w:t xml:space="preserve"> pt, single-spaced)</w:t>
      </w:r>
    </w:p>
    <w:p w14:paraId="04D74F7E" w14:textId="47523662" w:rsidR="007F2590" w:rsidRPr="003639AB" w:rsidRDefault="007F2590" w:rsidP="00761184">
      <w:pPr>
        <w:snapToGrid w:val="0"/>
        <w:spacing w:after="0" w:line="240" w:lineRule="auto"/>
        <w:contextualSpacing/>
        <w:rPr>
          <w:rFonts w:ascii="游明朝" w:eastAsia="游明朝" w:hAnsi="游明朝"/>
          <w:color w:val="EE0000"/>
          <w:sz w:val="18"/>
          <w:szCs w:val="18"/>
        </w:rPr>
      </w:pPr>
    </w:p>
    <w:p w14:paraId="53114626" w14:textId="77777777" w:rsidR="007F2590" w:rsidRPr="00744106" w:rsidRDefault="007F2590" w:rsidP="00761184">
      <w:pPr>
        <w:snapToGrid w:val="0"/>
        <w:spacing w:after="0" w:line="240" w:lineRule="auto"/>
        <w:contextualSpacing/>
        <w:rPr>
          <w:rFonts w:ascii="游明朝" w:eastAsia="游明朝" w:hAnsi="游明朝"/>
          <w:sz w:val="21"/>
          <w:szCs w:val="21"/>
        </w:rPr>
      </w:pPr>
    </w:p>
    <w:p w14:paraId="58BD148B" w14:textId="5117D11F" w:rsidR="007F2590" w:rsidRPr="00B244F0" w:rsidRDefault="00000000" w:rsidP="00761184">
      <w:pPr>
        <w:snapToGrid w:val="0"/>
        <w:spacing w:after="0" w:line="240" w:lineRule="auto"/>
        <w:contextualSpacing/>
        <w:jc w:val="both"/>
        <w:rPr>
          <w:rFonts w:ascii="游明朝" w:eastAsia="游明朝" w:hAnsi="游明朝"/>
          <w:color w:val="EE0000"/>
        </w:rPr>
      </w:pPr>
      <w:r w:rsidRPr="00B244F0">
        <w:rPr>
          <w:rFonts w:ascii="游明朝" w:eastAsia="游明朝" w:hAnsi="游明朝"/>
          <w:b/>
          <w:color w:val="EE0000"/>
        </w:rPr>
        <w:t>Notes:</w:t>
      </w:r>
      <w:r w:rsidRPr="00B244F0">
        <w:rPr>
          <w:rFonts w:ascii="游明朝" w:eastAsia="游明朝" w:hAnsi="游明朝"/>
          <w:b/>
          <w:color w:val="EE0000"/>
        </w:rPr>
        <w:br/>
      </w:r>
      <w:r w:rsidR="004B39A4" w:rsidRPr="00B244F0">
        <w:rPr>
          <w:rFonts w:ascii="游明朝" w:eastAsia="游明朝" w:hAnsi="游明朝"/>
          <w:color w:val="EE0000"/>
        </w:rPr>
        <w:t>The document should be limited to two pages. Please do not modify the forma</w:t>
      </w:r>
      <w:r w:rsidR="00D30747">
        <w:rPr>
          <w:rFonts w:ascii="游明朝" w:eastAsia="游明朝" w:hAnsi="游明朝"/>
          <w:color w:val="EE0000"/>
        </w:rPr>
        <w:t>t except for line spacing (</w:t>
      </w:r>
      <w:r w:rsidR="00D30747" w:rsidRPr="00D30747">
        <w:rPr>
          <w:rFonts w:ascii="游明朝" w:eastAsia="游明朝" w:hAnsi="游明朝"/>
          <w:color w:val="EE0000"/>
        </w:rPr>
        <w:t>Line spacing may appear as double-spaced due to Mac–Windows compatibility issues</w:t>
      </w:r>
      <w:r w:rsidR="00D30747">
        <w:rPr>
          <w:rFonts w:ascii="游明朝" w:eastAsia="游明朝" w:hAnsi="游明朝"/>
          <w:color w:val="EE0000"/>
        </w:rPr>
        <w:t>).</w:t>
      </w:r>
      <w:r w:rsidR="004B39A4" w:rsidRPr="00B244F0">
        <w:rPr>
          <w:rFonts w:ascii="游明朝" w:eastAsia="游明朝" w:hAnsi="游明朝"/>
          <w:color w:val="EE0000"/>
        </w:rPr>
        <w:t xml:space="preserve"> </w:t>
      </w:r>
      <w:r w:rsidR="008333CE" w:rsidRPr="008333CE">
        <w:rPr>
          <w:rFonts w:ascii="游明朝" w:eastAsia="游明朝" w:hAnsi="游明朝"/>
          <w:color w:val="EE0000"/>
        </w:rPr>
        <w:t>Please complete this form in either English or Japanese</w:t>
      </w:r>
      <w:r w:rsidR="004B39A4" w:rsidRPr="00B244F0">
        <w:rPr>
          <w:rFonts w:ascii="游明朝" w:eastAsia="游明朝" w:hAnsi="游明朝"/>
          <w:color w:val="EE0000"/>
        </w:rPr>
        <w:t>. Use Yu Mincho font, 1</w:t>
      </w:r>
      <w:r w:rsidR="00761184">
        <w:rPr>
          <w:rFonts w:ascii="游明朝" w:eastAsia="游明朝" w:hAnsi="游明朝" w:hint="eastAsia"/>
          <w:color w:val="EE0000"/>
          <w:lang w:eastAsia="ja-JP"/>
        </w:rPr>
        <w:t>1</w:t>
      </w:r>
      <w:r w:rsidR="004B39A4" w:rsidRPr="00B244F0">
        <w:rPr>
          <w:rFonts w:ascii="游明朝" w:eastAsia="游明朝" w:hAnsi="游明朝"/>
          <w:color w:val="EE0000"/>
        </w:rPr>
        <w:t xml:space="preserve"> pt size</w:t>
      </w:r>
      <w:r w:rsidR="00D30747">
        <w:rPr>
          <w:rFonts w:ascii="游明朝" w:eastAsia="游明朝" w:hAnsi="游明朝"/>
          <w:color w:val="EE0000"/>
        </w:rPr>
        <w:t xml:space="preserve"> single</w:t>
      </w:r>
      <w:r w:rsidR="00DA67C6">
        <w:rPr>
          <w:rFonts w:ascii="游明朝" w:eastAsia="游明朝" w:hAnsi="游明朝" w:hint="eastAsia"/>
          <w:color w:val="EE0000"/>
          <w:lang w:eastAsia="ko-KR"/>
        </w:rPr>
        <w:t>-</w:t>
      </w:r>
      <w:r w:rsidR="00D30747">
        <w:rPr>
          <w:rFonts w:ascii="游明朝" w:eastAsia="游明朝" w:hAnsi="游明朝"/>
          <w:color w:val="EE0000"/>
        </w:rPr>
        <w:t>spaced</w:t>
      </w:r>
      <w:r w:rsidR="004B39A4" w:rsidRPr="00B244F0">
        <w:rPr>
          <w:rFonts w:ascii="游明朝" w:eastAsia="游明朝" w:hAnsi="游明朝"/>
          <w:color w:val="EE0000"/>
        </w:rPr>
        <w:t xml:space="preserve"> for both languages. Please delete the red instructional text before submission.</w:t>
      </w:r>
    </w:p>
    <w:sectPr w:rsidR="007F2590" w:rsidRPr="00B244F0" w:rsidSect="00A740FB">
      <w:pgSz w:w="11906" w:h="16838"/>
      <w:pgMar w:top="1440" w:right="1797" w:bottom="1440" w:left="1797" w:header="720" w:footer="720" w:gutter="0"/>
      <w:cols w:space="720"/>
      <w:docGrid w:type="lines" w:linePitch="3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8798087">
    <w:abstractNumId w:val="8"/>
  </w:num>
  <w:num w:numId="2" w16cid:durableId="103230675">
    <w:abstractNumId w:val="6"/>
  </w:num>
  <w:num w:numId="3" w16cid:durableId="1517386109">
    <w:abstractNumId w:val="5"/>
  </w:num>
  <w:num w:numId="4" w16cid:durableId="1986426792">
    <w:abstractNumId w:val="4"/>
  </w:num>
  <w:num w:numId="5" w16cid:durableId="1436054853">
    <w:abstractNumId w:val="7"/>
  </w:num>
  <w:num w:numId="6" w16cid:durableId="1001279657">
    <w:abstractNumId w:val="3"/>
  </w:num>
  <w:num w:numId="7" w16cid:durableId="1311597822">
    <w:abstractNumId w:val="2"/>
  </w:num>
  <w:num w:numId="8" w16cid:durableId="22362025">
    <w:abstractNumId w:val="1"/>
  </w:num>
  <w:num w:numId="9" w16cid:durableId="202316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720"/>
  <w:drawingGridHorizontalSpacing w:val="110"/>
  <w:drawingGridVerticalSpacing w:val="162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375"/>
    <w:rsid w:val="0006063C"/>
    <w:rsid w:val="00074BC0"/>
    <w:rsid w:val="000B5876"/>
    <w:rsid w:val="000D4E30"/>
    <w:rsid w:val="0015074B"/>
    <w:rsid w:val="00162537"/>
    <w:rsid w:val="00192761"/>
    <w:rsid w:val="001D6918"/>
    <w:rsid w:val="001F26E3"/>
    <w:rsid w:val="001F2E14"/>
    <w:rsid w:val="001F4136"/>
    <w:rsid w:val="00247353"/>
    <w:rsid w:val="00251526"/>
    <w:rsid w:val="0029639D"/>
    <w:rsid w:val="002A1D08"/>
    <w:rsid w:val="00326F90"/>
    <w:rsid w:val="003639AB"/>
    <w:rsid w:val="00383E0D"/>
    <w:rsid w:val="003C653D"/>
    <w:rsid w:val="00432103"/>
    <w:rsid w:val="004352DC"/>
    <w:rsid w:val="0044760D"/>
    <w:rsid w:val="004B39A4"/>
    <w:rsid w:val="004F35BB"/>
    <w:rsid w:val="006200BD"/>
    <w:rsid w:val="006B314E"/>
    <w:rsid w:val="00743727"/>
    <w:rsid w:val="00744106"/>
    <w:rsid w:val="00761184"/>
    <w:rsid w:val="007945DB"/>
    <w:rsid w:val="007C1A66"/>
    <w:rsid w:val="007F2590"/>
    <w:rsid w:val="007F62CC"/>
    <w:rsid w:val="00801A7F"/>
    <w:rsid w:val="008333CE"/>
    <w:rsid w:val="008422B3"/>
    <w:rsid w:val="00860DE0"/>
    <w:rsid w:val="009F7E78"/>
    <w:rsid w:val="00A073D7"/>
    <w:rsid w:val="00A740FB"/>
    <w:rsid w:val="00A92D32"/>
    <w:rsid w:val="00AA1D8D"/>
    <w:rsid w:val="00B244F0"/>
    <w:rsid w:val="00B36FB5"/>
    <w:rsid w:val="00B47730"/>
    <w:rsid w:val="00BA551C"/>
    <w:rsid w:val="00C2406B"/>
    <w:rsid w:val="00C8539E"/>
    <w:rsid w:val="00CA5861"/>
    <w:rsid w:val="00CB0664"/>
    <w:rsid w:val="00CE05A6"/>
    <w:rsid w:val="00CE5492"/>
    <w:rsid w:val="00D30747"/>
    <w:rsid w:val="00D674E3"/>
    <w:rsid w:val="00DA67C6"/>
    <w:rsid w:val="00E43D07"/>
    <w:rsid w:val="00F15143"/>
    <w:rsid w:val="00F46414"/>
    <w:rsid w:val="00F97E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BB86DF"/>
  <w14:defaultImageDpi w14:val="300"/>
  <w15:docId w15:val="{9BB2061A-8A62-9E42-AA8E-4495A32A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1D6918"/>
    <w:pPr>
      <w:spacing w:after="0" w:line="240" w:lineRule="auto"/>
    </w:pPr>
  </w:style>
  <w:style w:type="character" w:styleId="aff0">
    <w:name w:val="annotation reference"/>
    <w:basedOn w:val="a2"/>
    <w:uiPriority w:val="99"/>
    <w:semiHidden/>
    <w:unhideWhenUsed/>
    <w:rsid w:val="00A92D32"/>
    <w:rPr>
      <w:sz w:val="16"/>
      <w:szCs w:val="16"/>
    </w:rPr>
  </w:style>
  <w:style w:type="paragraph" w:styleId="aff1">
    <w:name w:val="annotation text"/>
    <w:basedOn w:val="a1"/>
    <w:link w:val="aff2"/>
    <w:uiPriority w:val="99"/>
    <w:semiHidden/>
    <w:unhideWhenUsed/>
    <w:rsid w:val="00A92D32"/>
    <w:pPr>
      <w:spacing w:line="240" w:lineRule="auto"/>
    </w:pPr>
    <w:rPr>
      <w:sz w:val="20"/>
      <w:szCs w:val="20"/>
    </w:rPr>
  </w:style>
  <w:style w:type="character" w:customStyle="1" w:styleId="aff2">
    <w:name w:val="コメント文字列 (文字)"/>
    <w:basedOn w:val="a2"/>
    <w:link w:val="aff1"/>
    <w:uiPriority w:val="99"/>
    <w:semiHidden/>
    <w:rsid w:val="00A92D32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A92D32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A92D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3E6A9FC-A972-4099-83CC-3C56227137B2}">
  <we:reference id="wa200010215" version="2.0.0.1" store="ja-JP" storeType="OMEX"/>
  <we:alternateReferences>
    <we:reference id="WA200010215" version="2.0.0.1" store="" storeType="OMEX"/>
  </we:alternateReferences>
  <we:properties>
    <we:property name="bps.codex_control.document_id" value="&quot;83f2b733-17ab-4997-ac02-ee2adda21d5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1577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怜生 上坂</cp:lastModifiedBy>
  <cp:revision>15</cp:revision>
  <cp:lastPrinted>2026-04-06T02:40:00Z</cp:lastPrinted>
  <dcterms:created xsi:type="dcterms:W3CDTF">2025-10-30T00:55:00Z</dcterms:created>
  <dcterms:modified xsi:type="dcterms:W3CDTF">2026-10-20T01:35:00Z</dcterms:modified>
  <cp:category/>
</cp:coreProperties>
</file>